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drawing>
          <wp:inline xmlns:a="http://schemas.openxmlformats.org/drawingml/2006/main" xmlns:pic="http://schemas.openxmlformats.org/drawingml/2006/picture">
            <wp:extent cx="2240280" cy="1866900"/>
            <wp:docPr id="1" name="Picture 1"/>
            <wp:cNvGraphicFramePr>
              <a:graphicFrameLocks noChangeAspect="1"/>
            </wp:cNvGraphicFramePr>
            <a:graphic>
              <a:graphicData uri="http://schemas.openxmlformats.org/drawingml/2006/picture">
                <pic:pic>
                  <pic:nvPicPr>
                    <pic:cNvPr id="0" name="Mountain_Light_Reiki_Logo_12.png"/>
                    <pic:cNvPicPr/>
                  </pic:nvPicPr>
                  <pic:blipFill>
                    <a:blip r:embed="rId9"/>
                    <a:stretch>
                      <a:fillRect/>
                    </a:stretch>
                  </pic:blipFill>
                  <pic:spPr>
                    <a:xfrm>
                      <a:off x="0" y="0"/>
                      <a:ext cx="2240280" cy="1866900"/>
                    </a:xfrm>
                    <a:prstGeom prst="rect"/>
                  </pic:spPr>
                </pic:pic>
              </a:graphicData>
            </a:graphic>
          </wp:inline>
        </w:drawing>
      </w:r>
    </w:p>
    <w:p>
      <w:pPr>
        <w:spacing w:after="200"/>
        <w:jc w:val="center"/>
      </w:pPr>
      <w:r>
        <w:rPr>
          <w:rFonts w:ascii="Aptos Display" w:hAnsi="Aptos Display"/>
          <w:b/>
          <w:sz w:val="30"/>
        </w:rPr>
        <w:t>CLIENT INTAKE &amp; INFORMED CONSENT</w:t>
      </w:r>
    </w:p>
    <w:p>
      <w:pPr>
        <w:spacing w:after="200"/>
        <w:jc w:val="center"/>
      </w:pPr>
      <w:r>
        <w:rPr>
          <w:i/>
          <w:sz w:val="18"/>
        </w:rPr>
        <w:t>Please complete this form before your first session.</w:t>
      </w:r>
    </w:p>
    <w:tbl>
      <w:tblPr>
        <w:tblW w:type="auto" w:w="0"/>
        <w:jc w:val="center"/>
        <w:tblLayout w:type="autofit"/>
        <w:tblLook w:firstColumn="1" w:firstRow="1" w:lastColumn="0" w:lastRow="0" w:noHBand="0" w:noVBand="1" w:val="04A0"/>
      </w:tblPr>
      <w:tblGrid>
        <w:gridCol w:w="10224"/>
      </w:tblGrid>
      <w:tr>
        <w:tc>
          <w:tcPr>
            <w:tcW w:type="dxa" w:w="10224"/>
            <w:shd w:fill="EEF1F2"/>
          </w:tcPr>
          <w:p>
            <w:pPr>
              <w:spacing w:after="0"/>
            </w:pPr>
            <w:r>
              <w:rPr>
                <w:rFonts w:ascii="Aptos Display" w:hAnsi="Aptos Display"/>
                <w:b/>
                <w:sz w:val="20"/>
              </w:rPr>
              <w:t>1. CLIENT INFORMATION</w:t>
            </w:r>
          </w:p>
        </w:tc>
      </w:tr>
    </w:tbl>
    <w:p>
      <w:pPr>
        <w:spacing w:after="0"/>
      </w:pPr>
    </w:p>
    <w:p>
      <w:pPr>
        <w:keepLines/>
        <w:spacing w:after="60"/>
      </w:pPr>
      <w:r>
        <w:rPr>
          <w:b/>
        </w:rPr>
        <w:t>Full Name</w:t>
      </w:r>
      <w:r>
        <w:t xml:space="preserve"> ___________________________________________________________________________</w:t>
      </w:r>
    </w:p>
    <w:p>
      <w:pPr>
        <w:keepLines/>
        <w:spacing w:after="60"/>
      </w:pPr>
      <w:r>
        <w:rPr>
          <w:b/>
        </w:rPr>
        <w:t>Preferred Name</w:t>
      </w:r>
      <w:r>
        <w:t xml:space="preserve"> ___________________________________________________________________________</w:t>
      </w:r>
    </w:p>
    <w:p>
      <w:pPr>
        <w:keepLines/>
        <w:spacing w:after="60"/>
      </w:pPr>
      <w:r>
        <w:rPr>
          <w:b/>
        </w:rPr>
        <w:t>Date of Birth</w:t>
      </w:r>
      <w:r>
        <w:t xml:space="preserve"> ___________________________________________________________________________</w:t>
      </w:r>
    </w:p>
    <w:p>
      <w:pPr>
        <w:keepLines/>
        <w:spacing w:after="60"/>
      </w:pPr>
      <w:r>
        <w:rPr>
          <w:b/>
        </w:rPr>
        <w:t>Phone</w:t>
      </w:r>
      <w:r>
        <w:t xml:space="preserve"> ___________________________________________________________________________</w:t>
      </w:r>
    </w:p>
    <w:p>
      <w:pPr>
        <w:keepLines/>
        <w:spacing w:after="60"/>
      </w:pPr>
      <w:r>
        <w:rPr>
          <w:b/>
        </w:rPr>
        <w:t>Email</w:t>
      </w:r>
      <w:r>
        <w:t xml:space="preserve"> ___________________________________________________________________________</w:t>
      </w:r>
    </w:p>
    <w:p>
      <w:pPr>
        <w:keepLines/>
        <w:spacing w:after="60"/>
      </w:pPr>
      <w:r>
        <w:rPr>
          <w:b/>
        </w:rPr>
        <w:t>Address</w:t>
      </w:r>
      <w:r>
        <w:t xml:space="preserve"> ___________________________________________________________________________</w:t>
      </w:r>
    </w:p>
    <w:p>
      <w:pPr>
        <w:keepLines/>
        <w:spacing w:after="60"/>
      </w:pPr>
      <w:r>
        <w:rPr>
          <w:b/>
        </w:rPr>
        <w:t>Emergency Contact / Relationship / Phone</w:t>
      </w:r>
      <w:r>
        <w:t xml:space="preserve"> ___________________________________________________________________________</w:t>
      </w:r>
    </w:p>
    <w:tbl>
      <w:tblPr>
        <w:tblW w:type="auto" w:w="0"/>
        <w:jc w:val="center"/>
        <w:tblLayout w:type="autofit"/>
        <w:tblLook w:firstColumn="1" w:firstRow="1" w:lastColumn="0" w:lastRow="0" w:noHBand="0" w:noVBand="1" w:val="04A0"/>
      </w:tblPr>
      <w:tblGrid>
        <w:gridCol w:w="10224"/>
      </w:tblGrid>
      <w:tr>
        <w:tc>
          <w:tcPr>
            <w:tcW w:type="dxa" w:w="10224"/>
            <w:shd w:fill="EEF1F2"/>
          </w:tcPr>
          <w:p>
            <w:pPr>
              <w:spacing w:after="0"/>
            </w:pPr>
            <w:r>
              <w:rPr>
                <w:rFonts w:ascii="Aptos Display" w:hAnsi="Aptos Display"/>
                <w:b/>
                <w:sz w:val="20"/>
              </w:rPr>
              <w:t>2. REIKI BACKGROUND &amp; SESSION GOALS</w:t>
            </w:r>
          </w:p>
        </w:tc>
      </w:tr>
    </w:tbl>
    <w:p>
      <w:pPr>
        <w:spacing w:after="0"/>
      </w:pPr>
    </w:p>
    <w:p>
      <w:pPr>
        <w:keepLines/>
        <w:spacing w:after="60"/>
      </w:pPr>
      <w:r>
        <w:rPr>
          <w:b/>
        </w:rPr>
        <w:t>How did you hear about Mountain Light Reiki?</w:t>
      </w:r>
      <w:r>
        <w:t xml:space="preserve"> ___________________________________________________________________________</w:t>
      </w:r>
    </w:p>
    <w:p>
      <w:pPr>
        <w:keepLines/>
        <w:spacing w:after="60"/>
      </w:pPr>
      <w:r>
        <w:rPr>
          <w:b/>
        </w:rPr>
        <w:t>Have you received Reiki or another form of energy work before?  ☐ Yes   ☐ No</w:t>
      </w:r>
      <w:r>
        <w:t xml:space="preserve"> ___________________________________________________________________________</w:t>
      </w:r>
    </w:p>
    <w:p>
      <w:pPr>
        <w:keepLines/>
        <w:spacing w:after="60"/>
      </w:pPr>
      <w:r>
        <w:rPr>
          <w:b/>
        </w:rPr>
        <w:t>If yes, when was your most recent session and what was your experience?</w:t>
      </w:r>
      <w:r>
        <w:t xml:space="preserve"> ___________________________________________________________________________</w:t>
      </w:r>
    </w:p>
    <w:p>
      <w:pPr>
        <w:keepLines/>
        <w:spacing w:after="60"/>
      </w:pPr>
      <w:r>
        <w:rPr>
          <w:b/>
        </w:rPr>
        <w:t>What brings you in today?</w:t>
      </w:r>
      <w:r>
        <w:t xml:space="preserve"> ___________________________________________________________________________</w:t>
      </w:r>
    </w:p>
    <w:p>
      <w:pPr>
        <w:keepLines/>
        <w:spacing w:after="60"/>
      </w:pPr>
      <w:r>
        <w:rPr>
          <w:b/>
        </w:rPr>
        <w:t>What would you most like to focus on during this session?</w:t>
      </w:r>
      <w:r>
        <w:t xml:space="preserve"> ___________________________________________________________________________</w:t>
      </w:r>
    </w:p>
    <w:p>
      <w:pPr>
        <w:keepLines/>
        <w:spacing w:after="60"/>
      </w:pPr>
      <w:r>
        <w:rPr>
          <w:b/>
        </w:rPr>
        <w:t>What are your goals or intentions for Reiki?</w:t>
      </w:r>
      <w:r>
        <w:t xml:space="preserve"> ___________________________________________________________________________</w:t>
      </w:r>
    </w:p>
    <w:p>
      <w:pPr>
        <w:spacing w:after="100"/>
      </w:pPr>
      <w:r>
        <w:rPr>
          <w:b/>
        </w:rPr>
        <w:t xml:space="preserve">Today, please rate: </w:t>
      </w:r>
      <w:r>
        <w:t>Stress 0–10: ____    Energy 0–10: ____    Overall Wellbeing 0–10: ____</w:t>
      </w:r>
    </w:p>
    <w:tbl>
      <w:tblPr>
        <w:tblW w:type="auto" w:w="0"/>
        <w:jc w:val="center"/>
        <w:tblLayout w:type="autofit"/>
        <w:tblLook w:firstColumn="1" w:firstRow="1" w:lastColumn="0" w:lastRow="0" w:noHBand="0" w:noVBand="1" w:val="04A0"/>
      </w:tblPr>
      <w:tblGrid>
        <w:gridCol w:w="10224"/>
      </w:tblGrid>
      <w:tr>
        <w:tc>
          <w:tcPr>
            <w:tcW w:type="dxa" w:w="10224"/>
            <w:shd w:fill="EEF1F2"/>
          </w:tcPr>
          <w:p>
            <w:pPr>
              <w:spacing w:after="0"/>
            </w:pPr>
            <w:r>
              <w:rPr>
                <w:rFonts w:ascii="Aptos Display" w:hAnsi="Aptos Display"/>
                <w:b/>
                <w:sz w:val="20"/>
              </w:rPr>
              <w:t>3. HEALTH &amp; SAFETY INFORMATION</w:t>
            </w:r>
          </w:p>
        </w:tc>
      </w:tr>
    </w:tbl>
    <w:p>
      <w:pPr>
        <w:spacing w:after="0"/>
      </w:pPr>
    </w:p>
    <w:p>
      <w:pPr>
        <w:spacing w:after="100"/>
      </w:pPr>
      <w:r>
        <w:t>This information helps the practitioner support your comfort and safety and determine whether any adjustments, precautions, or referral to an appropriate healthcare professional may be appropriate.</w:t>
      </w:r>
    </w:p>
    <w:p>
      <w:pPr>
        <w:keepLines/>
        <w:spacing w:after="60"/>
      </w:pPr>
      <w:r>
        <w:rPr>
          <w:b/>
        </w:rPr>
        <w:t>Are you currently under the care of a physician, therapist, or other healthcare professional?  ☐ Yes   ☐ No</w:t>
      </w:r>
      <w:r>
        <w:t xml:space="preserve"> ___________________________________________________________________________</w:t>
      </w:r>
    </w:p>
    <w:p>
      <w:pPr>
        <w:keepLines/>
        <w:spacing w:after="60"/>
      </w:pPr>
      <w:r>
        <w:rPr>
          <w:b/>
        </w:rPr>
        <w:t>Current health conditions, diagnoses, or significant symptoms you would like the practitioner to know about:</w:t>
      </w:r>
      <w:r>
        <w:t xml:space="preserve"> ___________________________________________________________________________</w:t>
      </w:r>
    </w:p>
    <w:p>
      <w:pPr>
        <w:keepLines/>
        <w:spacing w:after="60"/>
      </w:pPr>
      <w:r>
        <w:rPr>
          <w:b/>
        </w:rPr>
        <w:t>Recent injuries, surgeries, procedures, or hospitalizations:</w:t>
      </w:r>
      <w:r>
        <w:t xml:space="preserve"> ___________________________________________________________________________</w:t>
      </w:r>
    </w:p>
    <w:p>
      <w:pPr>
        <w:keepLines/>
        <w:spacing w:after="60"/>
      </w:pPr>
      <w:r>
        <w:rPr>
          <w:b/>
        </w:rPr>
        <w:t>Current medications, supplements, or other treatments:</w:t>
      </w:r>
      <w:r>
        <w:t xml:space="preserve"> ___________________________________________________________________________</w:t>
      </w:r>
    </w:p>
    <w:p>
      <w:pPr>
        <w:keepLines/>
        <w:spacing w:after="60"/>
      </w:pPr>
      <w:r>
        <w:rPr>
          <w:b/>
        </w:rPr>
        <w:t>Allergies or sensitivities, including fragrances, oils, lotions, or environmental sensitivities:</w:t>
      </w:r>
      <w:r>
        <w:t xml:space="preserve"> ___________________________________________________________________________</w:t>
      </w:r>
    </w:p>
    <w:p>
      <w:pPr>
        <w:keepLines/>
        <w:spacing w:after="60"/>
      </w:pPr>
      <w:r>
        <w:rPr>
          <w:b/>
        </w:rPr>
        <w:t>Are you currently pregnant or is there a possibility you may be pregnant?  ☐ Yes   ☐ No   ☐ N/A</w:t>
      </w:r>
      <w:r>
        <w:t xml:space="preserve"> ___________________________________________________________________________</w:t>
      </w:r>
    </w:p>
    <w:p>
      <w:pPr>
        <w:keepLines/>
        <w:spacing w:after="60"/>
      </w:pPr>
      <w:r>
        <w:rPr>
          <w:b/>
        </w:rPr>
        <w:t>Anything else regarding your health, mobility, comfort, or safety that we should know?</w:t>
      </w:r>
      <w:r>
        <w:t xml:space="preserve"> ___________________________________________________________________________</w:t>
      </w:r>
    </w:p>
    <w:tbl>
      <w:tblPr>
        <w:tblW w:type="auto" w:w="0"/>
        <w:jc w:val="center"/>
        <w:tblLayout w:type="autofit"/>
        <w:tblLook w:firstColumn="1" w:firstRow="1" w:lastColumn="0" w:lastRow="0" w:noHBand="0" w:noVBand="1" w:val="04A0"/>
      </w:tblPr>
      <w:tblGrid>
        <w:gridCol w:w="10224"/>
      </w:tblGrid>
      <w:tr>
        <w:tc>
          <w:tcPr>
            <w:tcW w:type="dxa" w:w="10224"/>
            <w:shd w:fill="EEF1F2"/>
          </w:tcPr>
          <w:p>
            <w:pPr>
              <w:spacing w:after="0"/>
            </w:pPr>
            <w:r>
              <w:rPr>
                <w:rFonts w:ascii="Aptos Display" w:hAnsi="Aptos Display"/>
                <w:b/>
                <w:sz w:val="20"/>
              </w:rPr>
              <w:t>4. COMFORT, TOUCH &amp; SESSION PREFERENCES</w:t>
            </w:r>
          </w:p>
        </w:tc>
      </w:tr>
    </w:tbl>
    <w:p>
      <w:pPr>
        <w:spacing w:after="0"/>
      </w:pPr>
    </w:p>
    <w:p>
      <w:pPr>
        <w:spacing w:after="80"/>
      </w:pPr>
      <w:r>
        <w:rPr>
          <w:b/>
        </w:rPr>
        <w:t xml:space="preserve">Preferred session approach: </w:t>
      </w:r>
      <w:r>
        <w:t>☐ Hands-on touch    ☐ Hands-off    ☐ Either, with consent before touch</w:t>
      </w:r>
    </w:p>
    <w:p>
      <w:pPr>
        <w:keepLines/>
        <w:spacing w:after="60"/>
      </w:pPr>
      <w:r>
        <w:rPr>
          <w:b/>
        </w:rPr>
        <w:t>Areas you would prefer the practitioner to focus on:</w:t>
      </w:r>
      <w:r>
        <w:t xml:space="preserve"> ___________________________________________________________________________</w:t>
      </w:r>
    </w:p>
    <w:p>
      <w:pPr>
        <w:keepLines/>
        <w:spacing w:after="60"/>
      </w:pPr>
      <w:r>
        <w:rPr>
          <w:b/>
        </w:rPr>
        <w:t>Areas you do NOT want touched or addressed:</w:t>
      </w:r>
      <w:r>
        <w:t xml:space="preserve"> ___________________________________________________________________________</w:t>
      </w:r>
    </w:p>
    <w:p>
      <w:pPr>
        <w:keepLines/>
        <w:spacing w:after="60"/>
      </w:pPr>
      <w:r>
        <w:rPr>
          <w:b/>
        </w:rPr>
        <w:t>Any preferences or concerns regarding blankets, music, lighting, temperature, positioning, or personal space:</w:t>
      </w:r>
      <w:r>
        <w:t xml:space="preserve"> ___________________________________________________________________________</w:t>
      </w:r>
    </w:p>
    <w:p>
      <w:pPr>
        <w:spacing w:after="140"/>
      </w:pPr>
      <w:r>
        <w:rPr>
          <w:b/>
        </w:rPr>
        <w:t xml:space="preserve">Client boundary: </w:t>
      </w:r>
      <w:r>
        <w:t>You may request no touch, change your mind, ask for a different approach, pause, or end the session at any time. Touching of breasts or genital areas is not part of a Reiki session.</w:t>
      </w:r>
    </w:p>
    <w:tbl>
      <w:tblPr>
        <w:tblW w:type="auto" w:w="0"/>
        <w:jc w:val="center"/>
        <w:tblLayout w:type="autofit"/>
        <w:tblLook w:firstColumn="1" w:firstRow="1" w:lastColumn="0" w:lastRow="0" w:noHBand="0" w:noVBand="1" w:val="04A0"/>
      </w:tblPr>
      <w:tblGrid>
        <w:gridCol w:w="10224"/>
      </w:tblGrid>
      <w:tr>
        <w:tc>
          <w:tcPr>
            <w:tcW w:type="dxa" w:w="10224"/>
            <w:shd w:fill="EEF1F2"/>
          </w:tcPr>
          <w:p>
            <w:pPr>
              <w:spacing w:after="0"/>
            </w:pPr>
            <w:r>
              <w:rPr>
                <w:rFonts w:ascii="Aptos Display" w:hAnsi="Aptos Display"/>
                <w:b/>
                <w:sz w:val="20"/>
              </w:rPr>
              <w:t>5. INFORMED CONSENT &amp; ACKNOWLEDGMENT</w:t>
            </w:r>
          </w:p>
        </w:tc>
      </w:tr>
    </w:tbl>
    <w:p>
      <w:pPr>
        <w:spacing w:after="0"/>
      </w:pPr>
    </w:p>
    <w:p>
      <w:pPr>
        <w:keepLines/>
        <w:spacing w:after="60"/>
        <w:ind w:left="173"/>
      </w:pPr>
      <w:r>
        <w:rPr>
          <w:b/>
        </w:rPr>
        <w:t xml:space="preserve">☐ </w:t>
      </w:r>
      <w:r>
        <w:t>I understand that Reiki is a complementary wellness practice intended to support relaxation, personal wellbeing, and/or a sense of balance.</w:t>
      </w:r>
    </w:p>
    <w:p>
      <w:pPr>
        <w:keepLines/>
        <w:spacing w:after="60"/>
        <w:ind w:left="173"/>
      </w:pPr>
      <w:r>
        <w:rPr>
          <w:b/>
        </w:rPr>
        <w:t xml:space="preserve">☐ </w:t>
      </w:r>
      <w:r>
        <w:t>I understand that Reiki is not a substitute for medical, psychological, psychiatric, or other licensed healthcare and does not diagnose, treat, cure, or prevent medical conditions.</w:t>
      </w:r>
    </w:p>
    <w:p>
      <w:pPr>
        <w:keepLines/>
        <w:spacing w:after="60"/>
        <w:ind w:left="173"/>
      </w:pPr>
      <w:r>
        <w:rPr>
          <w:b/>
        </w:rPr>
        <w:t xml:space="preserve">☐ </w:t>
      </w:r>
      <w:r>
        <w:t>I understand that I should continue to work with qualified healthcare professionals regarding medical or mental-health concerns.</w:t>
      </w:r>
    </w:p>
    <w:p>
      <w:pPr>
        <w:keepLines/>
        <w:spacing w:after="60"/>
        <w:ind w:left="173"/>
      </w:pPr>
      <w:r>
        <w:rPr>
          <w:b/>
        </w:rPr>
        <w:t xml:space="preserve">☐ </w:t>
      </w:r>
      <w:r>
        <w:t>I understand that individual experiences and perceived benefits vary and that no specific outcome is guaranteed.</w:t>
      </w:r>
    </w:p>
    <w:p>
      <w:pPr>
        <w:keepLines/>
        <w:spacing w:after="60"/>
        <w:ind w:left="173"/>
      </w:pPr>
      <w:r>
        <w:rPr>
          <w:b/>
        </w:rPr>
        <w:t xml:space="preserve">☐ </w:t>
      </w:r>
      <w:r>
        <w:t>I understand that the practitioner may use gentle, non-invasive touch only with my consent, or may provide a hands-off session according to my preference.</w:t>
      </w:r>
    </w:p>
    <w:p>
      <w:pPr>
        <w:keepLines/>
        <w:spacing w:after="60"/>
        <w:ind w:left="173"/>
      </w:pPr>
      <w:r>
        <w:rPr>
          <w:b/>
        </w:rPr>
        <w:t xml:space="preserve">☐ </w:t>
      </w:r>
      <w:r>
        <w:t>I understand that I may ask questions, decline any technique, request a change, pause, or end the session at any time.</w:t>
      </w:r>
    </w:p>
    <w:p>
      <w:pPr>
        <w:keepLines/>
        <w:spacing w:after="60"/>
        <w:ind w:left="173"/>
      </w:pPr>
      <w:r>
        <w:rPr>
          <w:b/>
        </w:rPr>
        <w:t xml:space="preserve">☐ </w:t>
      </w:r>
      <w:r>
        <w:t>I confirm that the information I have provided is accurate to the best of my knowledge and that I will communicate relevant changes before future sessions.</w:t>
      </w:r>
    </w:p>
    <w:p>
      <w:pPr>
        <w:keepLines/>
        <w:spacing w:after="60"/>
        <w:ind w:left="173"/>
      </w:pPr>
      <w:r>
        <w:rPr>
          <w:b/>
        </w:rPr>
        <w:t xml:space="preserve">☐ </w:t>
      </w:r>
      <w:r>
        <w:t>I understand that information I provide will be handled confidentially, subject to applicable law and Mountain Light Reiki's privacy practices.</w:t>
      </w:r>
    </w:p>
    <w:tbl>
      <w:tblPr>
        <w:tblW w:type="auto" w:w="0"/>
        <w:jc w:val="center"/>
        <w:tblLayout w:type="autofit"/>
        <w:tblLook w:firstColumn="1" w:firstRow="1" w:lastColumn="0" w:lastRow="0" w:noHBand="0" w:noVBand="1" w:val="04A0"/>
      </w:tblPr>
      <w:tblGrid>
        <w:gridCol w:w="10224"/>
      </w:tblGrid>
      <w:tr>
        <w:tc>
          <w:tcPr>
            <w:tcW w:type="dxa" w:w="10224"/>
            <w:shd w:fill="EEF1F2"/>
          </w:tcPr>
          <w:p>
            <w:pPr>
              <w:spacing w:after="0"/>
            </w:pPr>
            <w:r>
              <w:rPr>
                <w:rFonts w:ascii="Aptos Display" w:hAnsi="Aptos Display"/>
                <w:b/>
                <w:sz w:val="20"/>
              </w:rPr>
              <w:t>6. PRACTITIONER USE / SESSION NOTES</w:t>
            </w:r>
          </w:p>
        </w:tc>
      </w:tr>
    </w:tbl>
    <w:p>
      <w:pPr>
        <w:spacing w:after="0"/>
      </w:pPr>
    </w:p>
    <w:p>
      <w:pPr>
        <w:keepLines/>
        <w:spacing w:after="60"/>
      </w:pPr>
      <w:r>
        <w:rPr>
          <w:b/>
        </w:rPr>
        <w:t>Date of Session</w:t>
      </w:r>
      <w:r>
        <w:t xml:space="preserve"> ___________________________________________________________________________</w:t>
      </w:r>
    </w:p>
    <w:p>
      <w:pPr>
        <w:keepLines/>
        <w:spacing w:after="60"/>
      </w:pPr>
      <w:r>
        <w:rPr>
          <w:b/>
        </w:rPr>
        <w:t>Session Length</w:t>
      </w:r>
      <w:r>
        <w:t xml:space="preserve"> ___________________________________________________________________________</w:t>
      </w:r>
    </w:p>
    <w:p>
      <w:pPr>
        <w:keepLines/>
        <w:spacing w:after="60"/>
      </w:pPr>
      <w:r>
        <w:rPr>
          <w:b/>
        </w:rPr>
        <w:t>Client's stated intention:</w:t>
      </w:r>
      <w:r>
        <w:t xml:space="preserve"> ___________________________________________________________________________</w:t>
      </w:r>
    </w:p>
    <w:p>
      <w:pPr>
        <w:keepLines/>
        <w:spacing w:after="60"/>
      </w:pPr>
      <w:r>
        <w:rPr>
          <w:b/>
        </w:rPr>
        <w:t>Session observations / client feedback:</w:t>
      </w:r>
      <w:r>
        <w:t xml:space="preserve"> ___________________________________________________________________________</w:t>
      </w:r>
    </w:p>
    <w:p>
      <w:pPr>
        <w:keepLines/>
        <w:spacing w:after="60"/>
      </w:pPr>
      <w:r>
        <w:rPr>
          <w:b/>
        </w:rPr>
        <w:t>Follow-up / practitioner notes:</w:t>
      </w:r>
      <w:r>
        <w:t xml:space="preserve"> ___________________________________________________________________________</w:t>
      </w:r>
    </w:p>
    <w:tbl>
      <w:tblPr>
        <w:tblW w:type="auto" w:w="0"/>
        <w:jc w:val="center"/>
        <w:tblLayout w:type="autofit"/>
        <w:tblLook w:firstColumn="1" w:firstRow="1" w:lastColumn="0" w:lastRow="0" w:noHBand="0" w:noVBand="1" w:val="04A0"/>
      </w:tblPr>
      <w:tblGrid>
        <w:gridCol w:w="10224"/>
      </w:tblGrid>
      <w:tr>
        <w:tc>
          <w:tcPr>
            <w:tcW w:type="dxa" w:w="10224"/>
            <w:shd w:fill="EEF1F2"/>
          </w:tcPr>
          <w:p>
            <w:pPr>
              <w:spacing w:after="0"/>
            </w:pPr>
            <w:r>
              <w:rPr>
                <w:rFonts w:ascii="Aptos Display" w:hAnsi="Aptos Display"/>
                <w:b/>
                <w:sz w:val="20"/>
              </w:rPr>
              <w:t>7. SIGNATURES</w:t>
            </w:r>
          </w:p>
        </w:tc>
      </w:tr>
    </w:tbl>
    <w:p>
      <w:pPr>
        <w:spacing w:after="0"/>
      </w:pPr>
    </w:p>
    <w:p>
      <w:pPr>
        <w:spacing w:after="140"/>
      </w:pPr>
      <w:r>
        <w:t>By signing below, I confirm that I have read and understood the information above, had an opportunity to ask questions, and voluntarily consent to receive Reiki sessions under the terms described.</w:t>
      </w:r>
    </w:p>
    <w:p>
      <w:pPr>
        <w:keepLines/>
        <w:spacing w:after="60"/>
      </w:pPr>
      <w:r>
        <w:rPr>
          <w:b/>
        </w:rPr>
        <w:t>Client Signature</w:t>
      </w:r>
      <w:r>
        <w:t xml:space="preserve"> ___________________________________________________________________________</w:t>
      </w:r>
    </w:p>
    <w:p>
      <w:pPr>
        <w:keepLines/>
        <w:spacing w:after="60"/>
      </w:pPr>
      <w:r>
        <w:rPr>
          <w:b/>
        </w:rPr>
        <w:t>Date</w:t>
      </w:r>
      <w:r>
        <w:t xml:space="preserve"> ___________________________________________________________________________</w:t>
      </w:r>
    </w:p>
    <w:p>
      <w:pPr>
        <w:keepLines/>
        <w:spacing w:after="60"/>
      </w:pPr>
      <w:r>
        <w:rPr>
          <w:b/>
        </w:rPr>
        <w:t>Practitioner Signature</w:t>
      </w:r>
      <w:r>
        <w:t xml:space="preserve"> ___________________________________________________________________________</w:t>
      </w:r>
    </w:p>
    <w:p>
      <w:pPr>
        <w:keepLines/>
        <w:spacing w:after="60"/>
      </w:pPr>
      <w:r>
        <w:rPr>
          <w:b/>
        </w:rPr>
        <w:t>Date</w:t>
      </w:r>
      <w:r>
        <w:t xml:space="preserve"> ___________________________________________________________________________</w:t>
      </w:r>
    </w:p>
    <w:p>
      <w:pPr>
        <w:spacing w:before="140" w:after="0"/>
      </w:pPr>
      <w:r>
        <w:rPr>
          <w:b/>
        </w:rPr>
        <w:t xml:space="preserve">Practice note: </w:t>
      </w:r>
      <w:r>
        <w:rPr>
          <w:sz w:val="16"/>
        </w:rPr>
        <w:t>Customize this form with your business contact information, privacy practices, cancellation policy, and any Utah or local requirements before client use. Consider professional legal review of consent and liability language for your specific practice.</w:t>
      </w:r>
    </w:p>
    <w:sectPr w:rsidR="00FC693F" w:rsidRPr="0006063C" w:rsidSect="00034616">
      <w:footerReference w:type="default" r:id="rId10"/>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sz w:val="16"/>
      </w:rPr>
      <w:t>Mountain Light Reiki  •  Client Intake &amp; Informed Consent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